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היישוב שלי – סיפור של מקום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איך יישוב נולד וגדל עם 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מיומנויות של חקר היישוב - ראיון, מפה ותמונות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תחושת שייכות וזהות לקהילה ולמקום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איך היישוב גדל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גבעה ריקה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באוהלים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לכל רחוב יש שם וסיפור, למשל על שם מי הוא 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ותיקים זוכרים איך היה המקום בעבר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אוהלים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ותיק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המשימה לפעולה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(לשרטט בית, בית ספר ומקום מפגש)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(להשוות תמונה ישנה לתמונה חדשה)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(לגלות על שם מי נקרא הרחוב)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(לשאול איך נראה המקום בעבר)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הקמת היישוב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הייתה כאן גבעה ריקה בלי בתים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הגיעו משפחות וגרו באוהלים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חפרו באר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בנו בתים, גן ילדים ובית ספר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- הסיפור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אישית; לבדוק שיש שם מקום, תיאור אישי וחיבור רגשי למקום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גבעה ריקה בלי בתים ורחובות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לראיין ותיקים, למצוא תמונות ישנות, לברר שמות רחובות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להרגיש שייכים לקהילה ולהבין מאיפה הגענו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תמונה ישנה אמיתית של היישוב כפתיחה ולעורר סקרנות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לשלב את משימת הראיון עם ותיק כעבודת בית לפני 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חדשים או מתקשים אפשר לוותר על 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היישוב שלי – סיפור של מקום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כל יישוב התחיל פעם קטן - לפעמים רק גבעה ריקה - וגדל בזכות אנשים שעבדו ובנו יחד. בדף הזה נתרגל להכיר את סיפור המקום שלנו.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ותיק  ·  אוהלים  ·  גבעה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- איך היישוב גדל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היה במקום לפני שהגיעו המשפחות הראשונות, לפי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עיר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גבעה 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יער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במה גרו המשפחות הראשונות כשהגיעו?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בבתים גדולים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באוהלים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במלונות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רחוב ביישוב יכול לספר סיפור משלו.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כדי לחקור את היישוב אפשר לראיין ותיקים ותיקות.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בהתחלה הייתה כאן __________ ריקה בלי בתים ובלי רחובות.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המשפחות הראשונות גרו ב__________ עד שבנו בתים.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כדי לדעת איך היה המקום בעבר, אפשר לראיין __________ ביישוב.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המשימה לפעולה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משימת מפה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לשאול איך נראה המקום בעבר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אז והיום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לשרטט בית, בית ספר ומקום מפגש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סיפור של רחוב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להשוות תמונה ישנה לתמונה חדשה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ראיון עם ותיק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לגלות על שם מי נקרא הרחוב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הקמת היישוב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הגיעו משפחות וגרו באוהלים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בנו בתים, גן ילדים ובית ספר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הייתה כאן גבעה ריקה בלי בתים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חפרו באר מים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- הסיפור 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חמישה משפטים על רחוב או מקום ביישוב שלכם - מה שמו, ומה אתם אוהבים בו?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היה במקום לפני שהגיעו המשפחות הראשונות?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איך אפשר לגלות איך נראה היישוב בעבר?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היישוב שלי – סיפור של מקום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