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סיפור של 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איך יישוב נולד וגדל עם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מיומנויות של חקר היישוב - ראיון, מפה ותמונות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תחושת שייכות וזהות לקהילה ולמקום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איך היישוב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גבעה ריקה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באוהלים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גן ילדים ובית 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לכל רחוב יש שם וסיפור, למשל על שם מי הוא 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ותיקים זוכרים איך היה המקום בעבר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המשימה מבקשת להוסיף מקרא וחץ צפון למפה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בדיוק המשימה - 'אז והיום'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אוהלים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המשימה לפעולה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(לשרטט בית, בית ספר ומקום מפגש)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(להשוות תמונה ישנה לתמונה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(לגלות על שם מי נקרא הרחוב)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(לשאול איך נראה המקום בעבר)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(להציג את כל הממצאים מהמחקר)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הקמת היישוב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הייתה כאן גבעה ריקה בלי בתים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הגיעו משפחות וגרו באוהלים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חפרו באר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בנו בתים, גן ילדים ובית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היום יש רחובות, גינות והרבה 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הסיפור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אישית; לבדוק שיש שם מקום, תיאור אישי וחיבור רגשי למקום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אישית; לוודא שהשאלות רלוונטיות לעבר היישוב, בסגנון השאלות שהופיעו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גבעה ריקה בלי בתים ורחובות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לראיין ותיקים, למצוא תמונות ישנות, לברר שמות רחובות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להרגיש שייכים לקהילה ולהבין מאיפה הגענו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תמונה ישנה אמיתית של היישוב כפתיחה ולעורר סקרנות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משימת הראיון עם ותיק כעבודת בית לפני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או מתקשים אפשר לוותר על 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היישוב שלי – סיפור של מקום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פעם היה פה מקום ריק. אנשים הגיעו ובנו בתים ורחובות. היום אנחנו ממשיכים את הסיפור של המקום.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שאנשים גרים בו, כמו עיר או כפר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ותיק/ותיקה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שגר במקום הרבה מאוד שנים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הרגשה שאני חלק ממשהו גדול, כמו 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קהילה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שגרים וחיים יחד במקום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ארכיון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ששומרים בו תמונות ומסמכים ישנים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מקרא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לסמלים שמופיעים במפה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תושב/תושבת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שגר במקום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 ציבורי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בניין ששייך לכולם, כמו בית ספר או מרפאה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איך היישוב גדל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במקום לפני שהגיעו האנשים?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עיר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גבעה 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יער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גרו האנשים הראשונים?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בבתים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באוהלים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במלונות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בדירות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השיגו מים בהתחלה?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בנו אחרי הבתים?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גן ילדים ובית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קולנוע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נמל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רחוב ביישוב יכול לספר סיפור משלו.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לחקור את היישוב אפשר לראיין ותיקים ותיקות.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במשימת המפה אין צורך לסמן חץ צפון.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לצלם תמונה ישנה ולהשוות אותה לתמונה חדשה.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בהתחלה הייתה כאן __________ ריקה בלי בתים ובלי רחובות.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המשפחות הראשונות גרו ב__________ עד שבנו בתים.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לדעת איך היה המקום בעבר, אפשר לראיין __________ ביישוב.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כשאנחנו מכירים את סיפור המקום אנחנו מרגישים __________ לקהילה.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במשימת אז והיום צריך למצוא תמונה __________ ולצלם את אותו מקום היום.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המשימה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משימת מפה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לשאול איך נראה המקום בעבר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אז והיום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לשרטט בית, בית ספר ומקום מפגש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סיפור של רחוב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להשוות תמונה ישנה לתמונה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ראיון עם ותיק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להציג את כל הממצאים מהמחקר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תערוכה כיתתית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לגלות על שם מי נקרא הרחוב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הקמת 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בנו בתים, גן ילדים ובית 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הייתה כאן גבעה ריקה בלי בתים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יש רחובות, גינות והרבה חברים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חפרו באר 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הגיעו משפחות וגרו באוהלים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הסיפור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חמישה משפטים על רחוב או מקום ביישוב שלכם - מה שמו, ומה אתם אוהבים בו?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הייתם מראיינים ותיק או ותיקה ביישוב, אילו שתי שאלות הייתם שואלים?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במקום לפני שהגיעו המשפחות הראשונות?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לגלות איך נראה היישוב בעבר?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להכיר את סיפור היישוב שלנו?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היישוב שלי – סיפור של מקום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